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/>
        <w:jc w:val="center"/>
      </w:pPr>
      <w:r>
        <w:rPr>
          <w:b/>
          <w:sz w:val="30"/>
        </w:rPr>
        <w:t>CUENTA DE COBRO N.° [0001]</w:t>
      </w:r>
    </w:p>
    <w:p>
      <w:pPr>
        <w:spacing w:before="0"/>
        <w:jc w:val="center"/>
      </w:pPr>
      <w:r>
        <w:rPr>
          <w:b w:val="0"/>
        </w:rPr>
        <w:t>Ciudad y fecha de emisión: [ciudad, día de mes de año]</w:t>
      </w:r>
    </w:p>
    <w:p>
      <w:pPr>
        <w:spacing w:before="280"/>
      </w:pPr>
      <w:r>
        <w:rPr>
          <w:b/>
        </w:rPr>
        <w:t>[NOMBRE O RAZÓN SOCIAL DEL CLIENTE]</w:t>
      </w:r>
    </w:p>
    <w:p>
      <w:pPr>
        <w:spacing w:before="0"/>
      </w:pPr>
      <w:r>
        <w:rPr>
          <w:b w:val="0"/>
        </w:rPr>
        <w:t>NIT: [000.000.000-0]</w:t>
      </w:r>
    </w:p>
    <w:p>
      <w:pPr>
        <w:spacing w:before="280"/>
      </w:pPr>
      <w:r>
        <w:rPr>
          <w:b/>
        </w:rPr>
        <w:t>DEBE A:</w:t>
      </w:r>
    </w:p>
    <w:p>
      <w:pPr>
        <w:spacing w:before="0"/>
      </w:pPr>
      <w:r>
        <w:rPr>
          <w:b w:val="0"/>
        </w:rPr>
        <w:t>[Tu nombre completo]</w:t>
      </w:r>
    </w:p>
    <w:p>
      <w:pPr>
        <w:spacing w:before="0"/>
      </w:pPr>
      <w:r>
        <w:rPr>
          <w:b w:val="0"/>
        </w:rPr>
        <w:t>C.C. o NIT: [número]</w:t>
      </w:r>
    </w:p>
    <w:p>
      <w:pPr>
        <w:spacing w:before="0"/>
      </w:pPr>
      <w:r>
        <w:rPr>
          <w:b w:val="0"/>
        </w:rPr>
        <w:t>Dirección: [dirección y ciudad]</w:t>
      </w:r>
    </w:p>
    <w:p>
      <w:pPr>
        <w:spacing w:before="0"/>
      </w:pPr>
      <w:r>
        <w:rPr>
          <w:b w:val="0"/>
        </w:rPr>
        <w:t>Teléfono: [número]     Correo: [correo]</w:t>
      </w:r>
    </w:p>
    <w:p>
      <w:pPr>
        <w:spacing w:before="280"/>
      </w:pPr>
      <w:r>
        <w:rPr>
          <w:b/>
        </w:rPr>
        <w:t xml:space="preserve">LA SUMA DE: </w:t>
      </w:r>
      <w:r>
        <w:t>$ [valor en números] ([valor en letras] pesos m/cte.)</w:t>
      </w:r>
    </w:p>
    <w:p>
      <w:pPr>
        <w:spacing w:before="200"/>
      </w:pPr>
      <w:r>
        <w:rPr>
          <w:b/>
        </w:rPr>
        <w:t>POR CONCEPTO DE:</w:t>
      </w:r>
    </w:p>
    <w:tbl>
      <w:tblPr>
        <w:tblStyle w:val="TableGrid"/>
        <w:tblW w:type="dxa" w:w="9694"/>
        <w:jc w:val="center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Layout w:type="fixed"/>
        <w:tblLook w:firstColumn="1" w:firstRow="1" w:lastColumn="0" w:lastRow="0" w:noHBand="0" w:noVBand="1" w:val="04A0"/>
      </w:tblPr>
      <w:tblGrid>
        <w:gridCol w:w="680"/>
        <w:gridCol w:w="6463"/>
        <w:gridCol w:w="2551"/>
      </w:tblGrid>
      <w:tr>
        <w:tc>
          <w:tcPr>
            <w:tcW w:type="dxa" w:w="680"/>
          </w:tcPr>
          <w:p>
            <w:r>
              <w:rPr>
                <w:b/>
              </w:rPr>
              <w:t>N.°</w:t>
            </w:r>
          </w:p>
        </w:tc>
        <w:tc>
          <w:tcPr>
            <w:tcW w:type="dxa" w:w="6463"/>
          </w:tcPr>
          <w:p>
            <w:r>
              <w:rPr>
                <w:b/>
              </w:rPr>
              <w:t>Descripción del servicio (qué, periodo, contrato u orden de compra)</w:t>
            </w:r>
          </w:p>
        </w:tc>
        <w:tc>
          <w:tcPr>
            <w:tcW w:type="dxa" w:w="2551"/>
          </w:tcPr>
          <w:p>
            <w:r>
              <w:rPr>
                <w:b/>
              </w:rPr>
              <w:t>Valor</w:t>
            </w:r>
          </w:p>
        </w:tc>
      </w:tr>
      <w:tr>
        <w:tc>
          <w:tcPr>
            <w:tcW w:type="dxa" w:w="680"/>
          </w:tcPr>
          <w:p>
            <w:r>
              <w:t>1</w:t>
            </w:r>
          </w:p>
        </w:tc>
        <w:tc>
          <w:tcPr>
            <w:tcW w:type="dxa" w:w="6463"/>
          </w:tcPr>
          <w:p/>
        </w:tc>
        <w:tc>
          <w:tcPr>
            <w:tcW w:type="dxa" w:w="2551"/>
          </w:tcPr>
          <w:p>
            <w:r>
              <w:t>$ [valor]</w:t>
            </w:r>
          </w:p>
        </w:tc>
      </w:tr>
      <w:tr>
        <w:tc>
          <w:tcPr>
            <w:tcW w:type="dxa" w:w="680"/>
          </w:tcPr>
          <w:p>
            <w:r>
              <w:t>2</w:t>
            </w:r>
          </w:p>
        </w:tc>
        <w:tc>
          <w:tcPr>
            <w:tcW w:type="dxa" w:w="6463"/>
          </w:tcPr>
          <w:p/>
        </w:tc>
        <w:tc>
          <w:tcPr>
            <w:tcW w:type="dxa" w:w="2551"/>
          </w:tcPr>
          <w:p>
            <w:r>
              <w:t>$ [valor]</w:t>
            </w:r>
          </w:p>
        </w:tc>
      </w:tr>
      <w:tr>
        <w:tc>
          <w:tcPr>
            <w:tcW w:type="dxa" w:w="680"/>
          </w:tcPr>
          <w:p>
            <w:r>
              <w:t>3</w:t>
            </w:r>
          </w:p>
        </w:tc>
        <w:tc>
          <w:tcPr>
            <w:tcW w:type="dxa" w:w="6463"/>
          </w:tcPr>
          <w:p/>
        </w:tc>
        <w:tc>
          <w:tcPr>
            <w:tcW w:type="dxa" w:w="2551"/>
          </w:tcPr>
          <w:p>
            <w:r>
              <w:t>$ [valor]</w:t>
            </w:r>
          </w:p>
        </w:tc>
      </w:tr>
      <w:tr>
        <w:tc>
          <w:tcPr>
            <w:tcW w:type="dxa" w:w="680"/>
          </w:tcPr>
          <w:p>
            <w:r>
              <w:t>4</w:t>
            </w:r>
          </w:p>
        </w:tc>
        <w:tc>
          <w:tcPr>
            <w:tcW w:type="dxa" w:w="6463"/>
          </w:tcPr>
          <w:p/>
        </w:tc>
        <w:tc>
          <w:tcPr>
            <w:tcW w:type="dxa" w:w="2551"/>
          </w:tcPr>
          <w:p>
            <w:r>
              <w:t>$ [valor]</w:t>
            </w:r>
          </w:p>
        </w:tc>
      </w:tr>
      <w:tr>
        <w:tc>
          <w:tcPr>
            <w:tcW w:type="dxa" w:w="7143"/>
            <w:gridSpan w:val="2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type="dxa" w:w="2551"/>
          </w:tcPr>
          <w:p>
            <w:r>
              <w:rPr>
                <w:b/>
              </w:rPr>
              <w:t>$ [total]</w:t>
            </w:r>
          </w:p>
        </w:tc>
      </w:tr>
    </w:tbl>
    <w:p>
      <w:pPr>
        <w:spacing w:before="200"/>
      </w:pPr>
      <w:r>
        <w:rPr>
          <w:b/>
        </w:rPr>
        <w:t>Fecha de vencimiento: [día de mes de año]</w:t>
      </w:r>
    </w:p>
    <w:p>
      <w:pPr>
        <w:spacing w:before="280"/>
      </w:pPr>
      <w:r>
        <w:rPr>
          <w:b/>
        </w:rPr>
        <w:t>DATOS PARA EL PAGO</w:t>
      </w:r>
    </w:p>
    <w:p>
      <w:pPr>
        <w:spacing w:before="0"/>
      </w:pPr>
      <w:r>
        <w:rPr>
          <w:b w:val="0"/>
        </w:rPr>
        <w:t>Banco: [nombre del banco o entidad]</w:t>
      </w:r>
    </w:p>
    <w:p>
      <w:pPr>
        <w:spacing w:before="0"/>
      </w:pPr>
      <w:r>
        <w:rPr>
          <w:b w:val="0"/>
        </w:rPr>
        <w:t>Tipo de cuenta: ☐ Ahorros   ☐ Corriente   ☐ Depósito de bajo monto (Nequi, Daviplata)</w:t>
      </w:r>
    </w:p>
    <w:p>
      <w:pPr>
        <w:spacing w:before="0"/>
      </w:pPr>
      <w:r>
        <w:rPr>
          <w:b w:val="0"/>
        </w:rPr>
        <w:t>Número de cuenta: [número]</w:t>
      </w:r>
    </w:p>
    <w:p>
      <w:pPr>
        <w:spacing w:before="0"/>
      </w:pPr>
      <w:r>
        <w:rPr>
          <w:b w:val="0"/>
        </w:rPr>
        <w:t>Titular: [tu nombre completo, la misma persona que cobra]</w:t>
      </w:r>
    </w:p>
    <w:p>
      <w:pPr>
        <w:spacing w:before="0"/>
      </w:pPr>
      <w:r>
        <w:rPr>
          <w:b w:val="0"/>
        </w:rPr>
        <w:t>Llave Bre-B (opcional): [llave]</w:t>
      </w:r>
    </w:p>
    <w:p>
      <w:pPr>
        <w:spacing w:before="0"/>
      </w:pPr>
      <w:r>
        <w:rPr>
          <w:b w:val="0"/>
        </w:rPr>
        <w:t>Link de pago (opcional): [enlace]</w:t>
      </w:r>
    </w:p>
    <w:p>
      <w:pPr>
        <w:spacing w:before="280"/>
      </w:pPr>
      <w:r>
        <w:rPr>
          <w:b/>
        </w:rPr>
        <w:t>DECLARACIONES Y ANEXOS (marca solo lo que aplique y borra lo demás)</w:t>
      </w:r>
    </w:p>
    <w:p>
      <w:pPr>
        <w:spacing w:before="0"/>
      </w:pPr>
      <w:r>
        <w:rPr>
          <w:b w:val="0"/>
        </w:rPr>
        <w:t>☐ Régimen: no responsable de IVA. Adjunto copia de mi RUT.</w:t>
      </w:r>
    </w:p>
    <w:p>
      <w:pPr>
        <w:spacing w:before="0"/>
      </w:pPr>
      <w:r>
        <w:rPr>
          <w:b w:val="0"/>
        </w:rPr>
        <w:t>☐ Manifiesto bajo la gravedad del juramento que no tomaré costos ni deducciones asociados a las rentas de trabajo que cobro en este documento (Decreto 1625 de 2016, art. 1.2.4.1.6, num. 6).</w:t>
      </w:r>
    </w:p>
    <w:p>
      <w:pPr>
        <w:spacing w:before="0"/>
      </w:pPr>
      <w:r>
        <w:rPr>
          <w:b w:val="0"/>
        </w:rPr>
        <w:t>☐ Adjunto la planilla PILA pagada (la más reciente o la que pida el contrato). N.° de planilla: [número]</w:t>
      </w:r>
    </w:p>
    <w:p>
      <w:pPr>
        <w:spacing w:before="0"/>
      </w:pPr>
      <w:r>
        <w:rPr>
          <w:b w:val="0"/>
        </w:rPr>
        <w:t>☐ Otros anexos (informe de actividades, acta de recibo, orden de compra): [cuáles]</w:t>
      </w:r>
    </w:p>
    <w:p>
      <w:pPr>
        <w:spacing w:before="600"/>
      </w:pPr>
      <w:r>
        <w:rPr>
          <w:b w:val="0"/>
        </w:rPr>
      </w:r>
    </w:p>
    <w:p>
      <w:pPr>
        <w:spacing w:before="0"/>
      </w:pPr>
      <w:r>
        <w:rPr>
          <w:b w:val="0"/>
        </w:rPr>
        <w:t>______________________________</w:t>
      </w:r>
    </w:p>
    <w:p>
      <w:pPr>
        <w:spacing w:before="0"/>
      </w:pPr>
      <w:r>
        <w:rPr>
          <w:b w:val="0"/>
        </w:rPr>
        <w:t>Firma</w:t>
      </w:r>
    </w:p>
    <w:p>
      <w:pPr>
        <w:spacing w:before="0"/>
      </w:pPr>
      <w:r>
        <w:rPr>
          <w:b w:val="0"/>
        </w:rPr>
        <w:t>Nombre: [tu nombre completo]</w:t>
      </w:r>
    </w:p>
    <w:p>
      <w:pPr>
        <w:spacing w:before="0"/>
      </w:pPr>
      <w:r>
        <w:rPr>
          <w:b w:val="0"/>
        </w:rPr>
        <w:t>C.C.: [número]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6"/>
      </w:rPr>
      <w:t>Formato gratuito de Cobrosly (cobrosly.com/cuenta-de-cobro). Ninguna norma fija un modelo único de cuenta de cobro: ajústalo a lo que pida tu cliente y envíalo en PDF.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Cobrosly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de cuenta de cobro</dc:title>
  <dc:subject>Formato gratuito de cuenta de cobro para llenar</dc:subject>
  <dc:creator>Cobrosly</dc:creator>
  <cp:keywords>cuenta de cobro, formato, plantilla</cp:keywords>
  <dc:description/>
  <cp:lastModifiedBy>Cobrosly</cp:lastModifiedBy>
  <cp:revision>1</cp:revision>
  <dcterms:created xsi:type="dcterms:W3CDTF">2026-09-11T17:14:46Z</dcterms:created>
  <dcterms:modified xsi:type="dcterms:W3CDTF">2026-09-11T17:14:46Z</dcterms:modified>
  <cp:category/>
</cp:coreProperties>
</file>