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r>
              <w:rPr>
                <w:b/>
                <w:i w:val="0"/>
                <w:color w:val="0B0E0D"/>
                <w:sz w:val="40"/>
              </w:rPr>
              <w:t>COTIZACIÓN</w:t>
            </w:r>
          </w:p>
          <w:p>
            <w:r>
              <w:rPr>
                <w:b w:val="0"/>
                <w:i w:val="0"/>
                <w:color w:val="5B6360"/>
                <w:sz w:val="19"/>
              </w:rPr>
              <w:t>No responsable de IVA</w:t>
            </w:r>
          </w:p>
        </w:tc>
        <w:tc>
          <w:tcPr>
            <w:tcW w:type="dxa" w:w="396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0B0E0D"/>
                <w:sz w:val="19"/>
              </w:rPr>
              <w:t xml:space="preserve">N.º: </w:t>
            </w:r>
            <w:r>
              <w:rPr>
                <w:b w:val="0"/>
                <w:i w:val="0"/>
                <w:color w:val="5B6360"/>
                <w:sz w:val="19"/>
              </w:rPr>
              <w:t>[COT-2026-001]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Fecha: </w:t>
            </w:r>
            <w:r>
              <w:rPr>
                <w:b w:val="0"/>
                <w:i w:val="0"/>
                <w:color w:val="5B6360"/>
                <w:sz w:val="19"/>
              </w:rPr>
              <w:t>[dd/mm/aaaa]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Válida hasta: </w:t>
            </w:r>
            <w:r>
              <w:rPr>
                <w:b w:val="0"/>
                <w:i w:val="0"/>
                <w:color w:val="5B6360"/>
                <w:sz w:val="19"/>
              </w:rPr>
              <w:t>[dd/mm/aaaa]</w:t>
            </w:r>
          </w:p>
        </w:tc>
      </w:tr>
    </w:tbl>
    <w:p/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</w:t>
            </w:r>
          </w:p>
        </w:tc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PARA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Nombre o razón social: </w:t>
            </w:r>
            <w:r>
              <w:rPr>
                <w:b w:val="0"/>
                <w:i w:val="0"/>
                <w:color w:val="5B6360"/>
                <w:sz w:val="18"/>
              </w:rPr>
              <w:t>[Tu nombre o el de tu empresa]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Razón social o nombre: </w:t>
            </w:r>
            <w:r>
              <w:rPr>
                <w:b w:val="0"/>
                <w:i w:val="0"/>
                <w:color w:val="5B6360"/>
                <w:sz w:val="18"/>
              </w:rPr>
              <w:t>[Nombre del cliente]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C.C. o NIT con DV: </w:t>
            </w:r>
            <w:r>
              <w:rPr>
                <w:b w:val="0"/>
                <w:i w:val="0"/>
                <w:color w:val="5B6360"/>
                <w:sz w:val="18"/>
              </w:rPr>
              <w:t>[000.000.000-0]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NIT con DV o C.C.: </w:t>
            </w:r>
            <w:r>
              <w:rPr>
                <w:b w:val="0"/>
                <w:i w:val="0"/>
                <w:color w:val="5B6360"/>
                <w:sz w:val="18"/>
              </w:rPr>
              <w:t>[000.000.000-0]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5B6360"/>
                <w:sz w:val="18"/>
              </w:rPr>
              <w:t>[Ciudad]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Contacto: </w:t>
            </w:r>
            <w:r>
              <w:rPr>
                <w:b w:val="0"/>
                <w:i w:val="0"/>
                <w:color w:val="5B6360"/>
                <w:sz w:val="18"/>
              </w:rPr>
              <w:t>[Nombre y cargo]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5B6360"/>
                <w:sz w:val="18"/>
              </w:rPr>
              <w:t>[Tu correo]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5B6360"/>
                <w:sz w:val="18"/>
              </w:rPr>
              <w:t>[Correo del cliente]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Celular: </w:t>
            </w:r>
            <w:r>
              <w:rPr>
                <w:b w:val="0"/>
                <w:i w:val="0"/>
                <w:color w:val="5B6360"/>
                <w:sz w:val="18"/>
              </w:rPr>
              <w:t>[300 000 0000]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5B6360"/>
                <w:sz w:val="18"/>
              </w:rPr>
              <w:t>[Ciudad]</w:t>
            </w:r>
          </w:p>
        </w:tc>
      </w:tr>
    </w:tbl>
    <w:p/>
    <w:p>
      <w:r>
        <w:rPr>
          <w:b/>
          <w:i w:val="0"/>
          <w:color w:val="0B0E0D"/>
          <w:sz w:val="19"/>
        </w:rPr>
        <w:t xml:space="preserve">Alcance: </w:t>
      </w:r>
      <w:r>
        <w:rPr>
          <w:b w:val="0"/>
          <w:i w:val="0"/>
          <w:color w:val="5B6360"/>
          <w:sz w:val="19"/>
        </w:rPr>
        <w:t>[Qué vas a hacer, qué entregas y en qué plazo. Una o dos frases.]</w:t>
      </w:r>
    </w:p>
    <w:tbl>
      <w:tblPr>
        <w:tblW w:type="dxa" w:w="10206"/>
        <w:jc w:val="center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5443"/>
        <w:gridCol w:w="907"/>
        <w:gridCol w:w="1701"/>
        <w:gridCol w:w="1701"/>
      </w:tblGrid>
      <w:tr>
        <w:tc>
          <w:tcPr>
            <w:tcW w:type="dxa" w:w="454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#</w:t>
            </w:r>
          </w:p>
        </w:tc>
        <w:tc>
          <w:tcPr>
            <w:tcW w:type="dxa" w:w="5443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Descripción</w:t>
            </w:r>
          </w:p>
        </w:tc>
        <w:tc>
          <w:tcPr>
            <w:tcW w:type="dxa" w:w="907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Cant.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unitario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total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2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3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4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5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6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</w:r>
          </w:p>
        </w:tc>
      </w:tr>
    </w:tbl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2268"/>
        <w:gridCol w:w="2268"/>
      </w:tblGrid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Subtotal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Descuento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IVA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  <w:t>No aplica</w:t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21"/>
              </w:rPr>
              <w:t>TOTAL</w:t>
            </w:r>
          </w:p>
        </w:tc>
        <w:tc>
          <w:tcPr>
            <w:tcW w:type="dxa" w:w="2268"/>
            <w:shd w:val="clear" w:color="auto" w:fill="EEF1E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0B0E0D"/>
                <w:sz w:val="21"/>
              </w:rPr>
            </w:r>
          </w:p>
        </w:tc>
      </w:tr>
    </w:tbl>
    <w:p>
      <w:pPr>
        <w:spacing w:before="120"/>
      </w:pPr>
      <w:r>
        <w:rPr>
          <w:b/>
          <w:i w:val="0"/>
          <w:color w:val="0B0E0D"/>
          <w:sz w:val="19"/>
        </w:rPr>
        <w:t xml:space="preserve">Valor total en letras: </w:t>
      </w:r>
      <w:r>
        <w:rPr>
          <w:b w:val="0"/>
          <w:i w:val="0"/>
          <w:color w:val="5B6360"/>
          <w:sz w:val="19"/>
        </w:rPr>
        <w:t>[Escribe el total en letras] pesos</w:t>
      </w:r>
    </w:p>
    <w:p>
      <w:pPr>
        <w:spacing w:before="160"/>
      </w:pPr>
      <w:r>
        <w:rPr>
          <w:b/>
          <w:i w:val="0"/>
          <w:color w:val="0B0E0D"/>
          <w:sz w:val="20"/>
        </w:rPr>
        <w:t>CONDICIONES</w:t>
      </w:r>
    </w:p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937"/>
      </w:tblGrid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entrega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4 semanas desde el pago del anticipo]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Forma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50 % al aceptar y 50 % contra entrega]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[Ej.: 10 días calendario desde el envío de cada cobro]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Medios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[Transferencia, Bre-B o link de pago]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[Número de revisiones, reuniones o visitas]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No 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5B6360"/>
                <w:sz w:val="18"/>
              </w:rPr>
              <w:t>[Lo que se cotiza aparte]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Vigencia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Los precios se mantienen hasta el [dd/mm/aaaa].</w:t>
            </w:r>
          </w:p>
        </w:tc>
      </w:tr>
    </w:tbl>
    <w:p>
      <w:pPr>
        <w:spacing w:before="80"/>
      </w:pPr>
      <w:r>
        <w:rPr>
          <w:b w:val="0"/>
          <w:i/>
          <w:color w:val="5B6360"/>
          <w:sz w:val="17"/>
        </w:rPr>
        <w:t>No responsable de IVA (art. 437, parágrafo 3, del Estatuto Tributario): esta cotización no causa IVA; el total es el valor final.</w:t>
      </w:r>
    </w:p>
    <w:p>
      <w:pPr>
        <w:spacing w:before="80"/>
      </w:pPr>
      <w:r>
        <w:rPr>
          <w:b w:val="0"/>
          <w:i/>
          <w:color w:val="5B6360"/>
          <w:sz w:val="17"/>
        </w:rPr>
        <w:t>Si el cliente es agente de retención, practicará las retenciones que correspondan al pagar o al registrar la cuenta por pagar. Esta cotización no las descuenta.</w:t>
      </w:r>
    </w:p>
    <w:p/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Firma de quien cotiza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5B6360"/>
                <w:sz w:val="18"/>
              </w:rPr>
              <w:t>[Nombre]</w:t>
            </w:r>
          </w:p>
          <w:p>
            <w:pPr>
              <w:spacing w:after="0"/>
            </w:pPr>
            <w:r>
              <w:rPr>
                <w:b w:val="0"/>
                <w:i w:val="0"/>
                <w:color w:val="5B6360"/>
                <w:sz w:val="18"/>
              </w:rPr>
              <w:t>[C.C. o NIT]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Aceptación del cliente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Nombre: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Fecha: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 [COT-2026-001]</dc:title>
  <dc:subject/>
  <dc:creator/>
  <cp:keywords/>
  <dc:description/>
  <cp:lastModifiedBy/>
  <cp:revision>1</cp:revision>
  <dcterms:created xsi:type="dcterms:W3CDTF">2026-09-11T17:00:00Z</dcterms:created>
  <dcterms:modified xsi:type="dcterms:W3CDTF">2026-09-11T17:00:00Z</dcterms:modified>
  <cp:category/>
</cp:coreProperties>
</file>